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E4441" w14:textId="77777777" w:rsidR="0008363A" w:rsidRPr="00833595" w:rsidRDefault="00833595" w:rsidP="00833595">
      <w:pPr>
        <w:spacing w:after="0" w:line="240" w:lineRule="auto"/>
        <w:jc w:val="center"/>
        <w:rPr>
          <w:bCs/>
          <w:sz w:val="28"/>
          <w:szCs w:val="24"/>
          <w:u w:val="single"/>
        </w:rPr>
      </w:pPr>
      <w:r w:rsidRPr="00833595">
        <w:rPr>
          <w:bCs/>
          <w:sz w:val="28"/>
          <w:szCs w:val="24"/>
          <w:u w:val="single"/>
        </w:rPr>
        <w:t>«Қарағанды облысы білім басқармасының Шахтинск қаласы білім бөлімінің Шоқан Уәлиханов атындағы мектеп-гимназиясы» КММ</w:t>
      </w:r>
    </w:p>
    <w:p w14:paraId="6FFD302D" w14:textId="77777777" w:rsidR="0008363A" w:rsidRPr="00833595" w:rsidRDefault="00833595" w:rsidP="00833595">
      <w:pPr>
        <w:spacing w:after="0" w:line="240" w:lineRule="auto"/>
        <w:jc w:val="center"/>
        <w:rPr>
          <w:sz w:val="28"/>
          <w:szCs w:val="24"/>
        </w:rPr>
      </w:pPr>
      <w:r w:rsidRPr="00833595">
        <w:rPr>
          <w:sz w:val="28"/>
          <w:szCs w:val="24"/>
        </w:rPr>
        <w:t>(білім беру ұйымының атауы)</w:t>
      </w:r>
    </w:p>
    <w:p w14:paraId="55FD92BF" w14:textId="77777777" w:rsidR="00833595" w:rsidRDefault="00833595" w:rsidP="00833595">
      <w:pPr>
        <w:spacing w:after="0" w:line="240" w:lineRule="auto"/>
        <w:jc w:val="center"/>
        <w:rPr>
          <w:b/>
          <w:sz w:val="28"/>
          <w:szCs w:val="24"/>
        </w:rPr>
      </w:pPr>
    </w:p>
    <w:p w14:paraId="5F2E21E3" w14:textId="7BF38D1D" w:rsidR="0008363A" w:rsidRPr="00833595" w:rsidRDefault="00833595" w:rsidP="00833595">
      <w:pPr>
        <w:spacing w:after="0" w:line="240" w:lineRule="auto"/>
        <w:jc w:val="center"/>
        <w:rPr>
          <w:b/>
          <w:sz w:val="28"/>
          <w:szCs w:val="24"/>
          <w:u w:val="single"/>
        </w:rPr>
      </w:pPr>
      <w:r w:rsidRPr="00833595">
        <w:rPr>
          <w:b/>
          <w:sz w:val="28"/>
          <w:szCs w:val="24"/>
          <w:u w:val="single"/>
        </w:rPr>
        <w:t>№ 4 ХАТТАМА</w:t>
      </w:r>
    </w:p>
    <w:p w14:paraId="497988AC" w14:textId="77777777" w:rsidR="00833595" w:rsidRPr="00833595" w:rsidRDefault="00833595" w:rsidP="00833595">
      <w:pPr>
        <w:spacing w:after="0" w:line="240" w:lineRule="auto"/>
        <w:jc w:val="center"/>
        <w:rPr>
          <w:sz w:val="28"/>
          <w:szCs w:val="24"/>
        </w:rPr>
      </w:pPr>
    </w:p>
    <w:p w14:paraId="07D6DEE7" w14:textId="77777777" w:rsidR="0008363A" w:rsidRPr="00833595" w:rsidRDefault="00833595" w:rsidP="00833595">
      <w:pPr>
        <w:spacing w:after="0" w:line="240" w:lineRule="auto"/>
        <w:jc w:val="center"/>
        <w:rPr>
          <w:sz w:val="28"/>
          <w:szCs w:val="24"/>
        </w:rPr>
      </w:pPr>
      <w:r w:rsidRPr="00833595">
        <w:rPr>
          <w:b/>
          <w:sz w:val="28"/>
          <w:szCs w:val="24"/>
        </w:rPr>
        <w:t xml:space="preserve">мемлекеттік білім беру ұйымының бос педагог лауазымына орналасуға арналған конкурс </w:t>
      </w:r>
      <w:r w:rsidRPr="00833595">
        <w:rPr>
          <w:b/>
          <w:sz w:val="28"/>
          <w:szCs w:val="24"/>
        </w:rPr>
        <w:t>комиссиясының отырысы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08363A" w:rsidRPr="00833595" w14:paraId="604D7DDB" w14:textId="77777777">
        <w:tc>
          <w:tcPr>
            <w:tcW w:w="4824" w:type="dxa"/>
          </w:tcPr>
          <w:p w14:paraId="14A1363E" w14:textId="77777777" w:rsidR="00833595" w:rsidRPr="00833595" w:rsidRDefault="00833595" w:rsidP="00833595">
            <w:pPr>
              <w:spacing w:after="0" w:line="240" w:lineRule="auto"/>
              <w:rPr>
                <w:bCs/>
                <w:sz w:val="28"/>
                <w:szCs w:val="24"/>
              </w:rPr>
            </w:pPr>
          </w:p>
          <w:p w14:paraId="59320ACD" w14:textId="567D0121" w:rsidR="0008363A" w:rsidRPr="00833595" w:rsidRDefault="00833595" w:rsidP="00833595">
            <w:pPr>
              <w:spacing w:after="0" w:line="240" w:lineRule="auto"/>
              <w:rPr>
                <w:bCs/>
                <w:sz w:val="28"/>
                <w:szCs w:val="24"/>
              </w:rPr>
            </w:pPr>
            <w:r w:rsidRPr="00833595">
              <w:rPr>
                <w:bCs/>
                <w:sz w:val="28"/>
                <w:szCs w:val="24"/>
              </w:rPr>
              <w:t>2026 жылғы «2» қыркүйек</w:t>
            </w:r>
          </w:p>
        </w:tc>
        <w:tc>
          <w:tcPr>
            <w:tcW w:w="4824" w:type="dxa"/>
          </w:tcPr>
          <w:p w14:paraId="38EA29C2" w14:textId="77777777" w:rsidR="00833595" w:rsidRPr="00833595" w:rsidRDefault="00833595" w:rsidP="00833595">
            <w:pPr>
              <w:spacing w:after="0" w:line="240" w:lineRule="auto"/>
              <w:jc w:val="right"/>
              <w:rPr>
                <w:bCs/>
                <w:sz w:val="28"/>
                <w:szCs w:val="24"/>
              </w:rPr>
            </w:pPr>
          </w:p>
          <w:p w14:paraId="6FD52DDE" w14:textId="07AAA78B" w:rsidR="0008363A" w:rsidRPr="00833595" w:rsidRDefault="00833595" w:rsidP="00833595">
            <w:pPr>
              <w:spacing w:after="0" w:line="240" w:lineRule="auto"/>
              <w:jc w:val="right"/>
              <w:rPr>
                <w:bCs/>
                <w:sz w:val="28"/>
                <w:szCs w:val="24"/>
              </w:rPr>
            </w:pPr>
            <w:r w:rsidRPr="00833595">
              <w:rPr>
                <w:bCs/>
                <w:sz w:val="28"/>
                <w:szCs w:val="24"/>
              </w:rPr>
              <w:t>Шахтинск қ.</w:t>
            </w:r>
          </w:p>
        </w:tc>
      </w:tr>
    </w:tbl>
    <w:p w14:paraId="17E21D18" w14:textId="77777777" w:rsidR="0008363A" w:rsidRPr="00833595" w:rsidRDefault="0008363A" w:rsidP="00833595">
      <w:pPr>
        <w:spacing w:after="0" w:line="240" w:lineRule="auto"/>
        <w:rPr>
          <w:sz w:val="28"/>
          <w:szCs w:val="24"/>
        </w:rPr>
      </w:pPr>
    </w:p>
    <w:p w14:paraId="5882CFB9" w14:textId="77777777" w:rsidR="0008363A" w:rsidRPr="00833595" w:rsidRDefault="00833595" w:rsidP="00833595">
      <w:pPr>
        <w:spacing w:after="0" w:line="240" w:lineRule="auto"/>
        <w:rPr>
          <w:sz w:val="28"/>
          <w:szCs w:val="24"/>
        </w:rPr>
      </w:pPr>
      <w:r w:rsidRPr="00833595">
        <w:rPr>
          <w:b/>
          <w:sz w:val="28"/>
          <w:szCs w:val="24"/>
        </w:rPr>
        <w:t>Комиссия төрағасы:</w:t>
      </w:r>
    </w:p>
    <w:p w14:paraId="2D67DA47" w14:textId="77777777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Гарданова Марина Борисовна, директордың оқу-тәрбие ісі жөніндегі орынбасары</w:t>
      </w:r>
    </w:p>
    <w:p w14:paraId="564A86D3" w14:textId="77777777" w:rsidR="00833595" w:rsidRDefault="00833595" w:rsidP="00833595">
      <w:pPr>
        <w:spacing w:after="0" w:line="240" w:lineRule="auto"/>
        <w:rPr>
          <w:b/>
          <w:sz w:val="28"/>
          <w:szCs w:val="24"/>
          <w:lang w:val="ru-RU"/>
        </w:rPr>
      </w:pPr>
    </w:p>
    <w:p w14:paraId="042DA91E" w14:textId="0A50BC0A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b/>
          <w:sz w:val="28"/>
          <w:szCs w:val="24"/>
          <w:lang w:val="ru-RU"/>
        </w:rPr>
        <w:t>Комиссия мүшелері:</w:t>
      </w:r>
    </w:p>
    <w:p w14:paraId="66BD96C6" w14:textId="77777777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1. Титова Анастасия Анатольевна, директордың тәрбие ісі жөніндегі орынбасары;</w:t>
      </w:r>
      <w:r w:rsidRPr="00833595">
        <w:rPr>
          <w:sz w:val="28"/>
          <w:szCs w:val="24"/>
          <w:lang w:val="ru-RU"/>
        </w:rPr>
        <w:br/>
        <w:t>2. Қ</w:t>
      </w:r>
      <w:r w:rsidRPr="00833595">
        <w:rPr>
          <w:sz w:val="28"/>
          <w:szCs w:val="24"/>
          <w:lang w:val="ru-RU"/>
        </w:rPr>
        <w:t>ыстаубаева Анар Зайкеновна, «Қарағанды облысы білім басқармасының Шахтинск қаласы білім бөлімі» ММ әдіскері;</w:t>
      </w:r>
      <w:r w:rsidRPr="00833595">
        <w:rPr>
          <w:sz w:val="28"/>
          <w:szCs w:val="24"/>
          <w:lang w:val="ru-RU"/>
        </w:rPr>
        <w:br/>
        <w:t>3. Тюпина Елена Владимировна, тарих пәні мұғалімі.</w:t>
      </w:r>
    </w:p>
    <w:p w14:paraId="5662A098" w14:textId="77777777" w:rsidR="00833595" w:rsidRDefault="00833595" w:rsidP="00833595">
      <w:pPr>
        <w:spacing w:after="0" w:line="240" w:lineRule="auto"/>
        <w:rPr>
          <w:b/>
          <w:sz w:val="28"/>
          <w:szCs w:val="24"/>
          <w:lang w:val="ru-RU"/>
        </w:rPr>
      </w:pPr>
    </w:p>
    <w:p w14:paraId="124E1096" w14:textId="04233987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b/>
          <w:sz w:val="28"/>
          <w:szCs w:val="24"/>
          <w:lang w:val="ru-RU"/>
        </w:rPr>
        <w:t>Комиссия хатшысы:</w:t>
      </w:r>
    </w:p>
    <w:p w14:paraId="57DEF81F" w14:textId="77777777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Герасимова Ирина Гаврииловна, директордың оқу ісі жөніндегі орынбасары.</w:t>
      </w:r>
    </w:p>
    <w:p w14:paraId="4880FF90" w14:textId="77777777" w:rsidR="00833595" w:rsidRDefault="00833595" w:rsidP="00833595">
      <w:pPr>
        <w:spacing w:after="0" w:line="240" w:lineRule="auto"/>
        <w:jc w:val="center"/>
        <w:rPr>
          <w:b/>
          <w:sz w:val="28"/>
          <w:szCs w:val="24"/>
          <w:lang w:val="ru-RU"/>
        </w:rPr>
      </w:pPr>
    </w:p>
    <w:p w14:paraId="1FE1AEDB" w14:textId="17D91D4B" w:rsidR="0008363A" w:rsidRDefault="00833595" w:rsidP="00833595">
      <w:pPr>
        <w:spacing w:after="0" w:line="240" w:lineRule="auto"/>
        <w:jc w:val="center"/>
        <w:rPr>
          <w:b/>
          <w:sz w:val="28"/>
          <w:szCs w:val="24"/>
          <w:lang w:val="ru-RU"/>
        </w:rPr>
      </w:pPr>
      <w:r w:rsidRPr="00833595">
        <w:rPr>
          <w:b/>
          <w:sz w:val="28"/>
          <w:szCs w:val="24"/>
          <w:lang w:val="ru-RU"/>
        </w:rPr>
        <w:t>КҮН ТӘ</w:t>
      </w:r>
      <w:r w:rsidRPr="00833595">
        <w:rPr>
          <w:b/>
          <w:sz w:val="28"/>
          <w:szCs w:val="24"/>
          <w:lang w:val="ru-RU"/>
        </w:rPr>
        <w:t>РТІБІ</w:t>
      </w:r>
    </w:p>
    <w:p w14:paraId="7F4581E3" w14:textId="77777777" w:rsidR="00833595" w:rsidRPr="00833595" w:rsidRDefault="00833595" w:rsidP="00833595">
      <w:pPr>
        <w:spacing w:after="0" w:line="240" w:lineRule="auto"/>
        <w:jc w:val="center"/>
        <w:rPr>
          <w:sz w:val="28"/>
          <w:szCs w:val="24"/>
          <w:lang w:val="ru-RU"/>
        </w:rPr>
      </w:pPr>
    </w:p>
    <w:p w14:paraId="2FFDC91F" w14:textId="77777777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1. Қазақстан Республикасының қолданыстағы заңнамасының талаптарына (біліктілік талаптарына) сәйкестігіне «Қарағанды облысы білім басқармасының Шахтинск қаласы білім бөлімінің Шоқан Уәлиханов атындағы мектеп-гимназиясы» КММ бос педагог лауазымына орна</w:t>
      </w:r>
      <w:r w:rsidRPr="00833595">
        <w:rPr>
          <w:sz w:val="28"/>
          <w:szCs w:val="24"/>
          <w:lang w:val="ru-RU"/>
        </w:rPr>
        <w:t>ласуға конкурсқа қатысушылар ұсынған құжаттарды қарау.</w:t>
      </w:r>
      <w:r w:rsidRPr="00833595">
        <w:rPr>
          <w:sz w:val="28"/>
          <w:szCs w:val="24"/>
          <w:lang w:val="ru-RU"/>
        </w:rPr>
        <w:br/>
        <w:t>2. Кандидаттардың Бағалау парақтарында көрсеткен баллдарын қарау және есептеу.</w:t>
      </w:r>
    </w:p>
    <w:p w14:paraId="7040CA48" w14:textId="77777777" w:rsid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</w:p>
    <w:p w14:paraId="0E22C662" w14:textId="4EC93B0B" w:rsid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</w:t>
      </w:r>
      <w:r w:rsidRPr="00833595">
        <w:rPr>
          <w:sz w:val="28"/>
          <w:szCs w:val="24"/>
          <w:lang w:val="ru-RU"/>
        </w:rPr>
        <w:t xml:space="preserve">Конкурс комиссиясы мәлімделген бос лауазымға кандидаттардың </w:t>
      </w:r>
      <w:r>
        <w:rPr>
          <w:sz w:val="28"/>
          <w:szCs w:val="24"/>
          <w:lang w:val="ru-RU"/>
        </w:rPr>
        <w:t xml:space="preserve">   </w:t>
      </w:r>
    </w:p>
    <w:p w14:paraId="361981A1" w14:textId="19F63B50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</w:t>
      </w:r>
      <w:r w:rsidRPr="00833595">
        <w:rPr>
          <w:sz w:val="28"/>
          <w:szCs w:val="24"/>
          <w:lang w:val="ru-RU"/>
        </w:rPr>
        <w:t>портфолиосы болмауы себепті:</w:t>
      </w:r>
    </w:p>
    <w:p w14:paraId="0B8ECF63" w14:textId="77777777" w:rsidR="0008363A" w:rsidRPr="00833595" w:rsidRDefault="00833595" w:rsidP="00833595">
      <w:pPr>
        <w:spacing w:after="0" w:line="240" w:lineRule="auto"/>
        <w:ind w:left="360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- математика пәні мұғалімі (3 бос</w:t>
      </w:r>
      <w:r w:rsidRPr="00833595">
        <w:rPr>
          <w:sz w:val="28"/>
          <w:szCs w:val="24"/>
          <w:lang w:val="ru-RU"/>
        </w:rPr>
        <w:t xml:space="preserve"> орын);</w:t>
      </w:r>
      <w:r w:rsidRPr="00833595">
        <w:rPr>
          <w:sz w:val="28"/>
          <w:szCs w:val="24"/>
          <w:lang w:val="ru-RU"/>
        </w:rPr>
        <w:br/>
        <w:t>- орыс тілі мен әдебиеті пәні мұғалімі;</w:t>
      </w:r>
      <w:r w:rsidRPr="00833595">
        <w:rPr>
          <w:sz w:val="28"/>
          <w:szCs w:val="24"/>
          <w:lang w:val="ru-RU"/>
        </w:rPr>
        <w:br/>
        <w:t>- АӘТД педагог-ұйымдастырушысы;</w:t>
      </w:r>
      <w:r w:rsidRPr="00833595">
        <w:rPr>
          <w:sz w:val="28"/>
          <w:szCs w:val="24"/>
          <w:lang w:val="ru-RU"/>
        </w:rPr>
        <w:br/>
        <w:t>- әлеуметтік педагог</w:t>
      </w:r>
      <w:r w:rsidRPr="00833595">
        <w:rPr>
          <w:sz w:val="28"/>
          <w:szCs w:val="24"/>
          <w:lang w:val="ru-RU"/>
        </w:rPr>
        <w:br/>
        <w:t>бос лауазымдарына орналасуға арналған конкурсты өткізілмеді деп таныды.</w:t>
      </w:r>
    </w:p>
    <w:p w14:paraId="00B6D0E6" w14:textId="40C6A0DB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lastRenderedPageBreak/>
        <w:t xml:space="preserve">      </w:t>
      </w:r>
      <w:r w:rsidRPr="00833595">
        <w:rPr>
          <w:sz w:val="28"/>
          <w:szCs w:val="24"/>
          <w:lang w:val="ru-RU"/>
        </w:rPr>
        <w:t xml:space="preserve">Мемлекеттік білім беру ұйымдарының бірінші басшылары мен педагогтерін </w:t>
      </w:r>
      <w:r w:rsidRPr="00833595">
        <w:rPr>
          <w:sz w:val="28"/>
          <w:szCs w:val="24"/>
          <w:lang w:val="ru-RU"/>
        </w:rPr>
        <w:t>лауазымға тағайындау, лауазымнан босату қағидаларын (Қазақстан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бұйрығы) б</w:t>
      </w:r>
      <w:r w:rsidRPr="00833595">
        <w:rPr>
          <w:sz w:val="28"/>
          <w:szCs w:val="24"/>
          <w:lang w:val="ru-RU"/>
        </w:rPr>
        <w:t>асшылыққа ала отырып, комиссия бірауыздан келесі шешімді шығарды:</w:t>
      </w:r>
    </w:p>
    <w:p w14:paraId="29E9B2E2" w14:textId="77777777" w:rsidR="00833595" w:rsidRDefault="00833595" w:rsidP="00833595">
      <w:pPr>
        <w:spacing w:after="0" w:line="240" w:lineRule="auto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</w:t>
      </w:r>
      <w:r w:rsidRPr="00833595">
        <w:rPr>
          <w:b/>
          <w:sz w:val="28"/>
          <w:szCs w:val="24"/>
          <w:lang w:val="ru-RU"/>
        </w:rPr>
        <w:t xml:space="preserve">Мына бос лауазымдарға орналасуға арналған конкурс өткізілмеді деп </w:t>
      </w:r>
      <w:r>
        <w:rPr>
          <w:b/>
          <w:sz w:val="28"/>
          <w:szCs w:val="24"/>
          <w:lang w:val="ru-RU"/>
        </w:rPr>
        <w:t xml:space="preserve">  </w:t>
      </w:r>
    </w:p>
    <w:p w14:paraId="0078C96C" w14:textId="44EEF97B" w:rsidR="0008363A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</w:t>
      </w:r>
      <w:r w:rsidRPr="00833595">
        <w:rPr>
          <w:b/>
          <w:sz w:val="28"/>
          <w:szCs w:val="24"/>
          <w:lang w:val="ru-RU"/>
        </w:rPr>
        <w:t>танылсын:</w:t>
      </w:r>
    </w:p>
    <w:p w14:paraId="34D3DAC0" w14:textId="77777777" w:rsidR="0008363A" w:rsidRPr="00833595" w:rsidRDefault="00833595" w:rsidP="00833595">
      <w:pPr>
        <w:spacing w:after="0" w:line="240" w:lineRule="auto"/>
        <w:ind w:left="360"/>
        <w:rPr>
          <w:sz w:val="28"/>
          <w:szCs w:val="24"/>
          <w:lang w:val="ru-RU"/>
        </w:rPr>
      </w:pPr>
      <w:r w:rsidRPr="00833595">
        <w:rPr>
          <w:sz w:val="28"/>
          <w:szCs w:val="24"/>
          <w:lang w:val="ru-RU"/>
        </w:rPr>
        <w:t>- математика пәні мұғалімі (3 бос орын);</w:t>
      </w:r>
      <w:r w:rsidRPr="00833595">
        <w:rPr>
          <w:sz w:val="28"/>
          <w:szCs w:val="24"/>
          <w:lang w:val="ru-RU"/>
        </w:rPr>
        <w:br/>
        <w:t>- орыс тілі мен әдебиеті пәні мұғалімі;</w:t>
      </w:r>
      <w:r w:rsidRPr="00833595">
        <w:rPr>
          <w:sz w:val="28"/>
          <w:szCs w:val="24"/>
          <w:lang w:val="ru-RU"/>
        </w:rPr>
        <w:br/>
        <w:t>- АӘТД педагог-ұйымдастырушысы;</w:t>
      </w:r>
      <w:r w:rsidRPr="00833595">
        <w:rPr>
          <w:sz w:val="28"/>
          <w:szCs w:val="24"/>
          <w:lang w:val="ru-RU"/>
        </w:rPr>
        <w:br/>
        <w:t>-</w:t>
      </w:r>
      <w:r w:rsidRPr="00833595">
        <w:rPr>
          <w:sz w:val="28"/>
          <w:szCs w:val="24"/>
          <w:lang w:val="ru-RU"/>
        </w:rPr>
        <w:t xml:space="preserve"> әлеуметтік педагог.</w:t>
      </w:r>
    </w:p>
    <w:p w14:paraId="6F1A6A0C" w14:textId="77777777" w:rsidR="00833595" w:rsidRDefault="00833595" w:rsidP="00833595">
      <w:pPr>
        <w:spacing w:after="0" w:line="240" w:lineRule="auto"/>
        <w:rPr>
          <w:b/>
          <w:sz w:val="28"/>
          <w:szCs w:val="24"/>
          <w:lang w:val="ru-RU"/>
        </w:rPr>
      </w:pPr>
    </w:p>
    <w:p w14:paraId="3E7BC4A9" w14:textId="63633E9A" w:rsidR="0008363A" w:rsidRDefault="00833595" w:rsidP="00833595">
      <w:pPr>
        <w:spacing w:after="0" w:line="240" w:lineRule="auto"/>
        <w:rPr>
          <w:b/>
          <w:sz w:val="28"/>
          <w:szCs w:val="24"/>
          <w:lang w:val="ru-RU"/>
        </w:rPr>
      </w:pPr>
      <w:r w:rsidRPr="00833595">
        <w:rPr>
          <w:b/>
          <w:sz w:val="28"/>
          <w:szCs w:val="24"/>
          <w:lang w:val="ru-RU"/>
        </w:rPr>
        <w:t>«Қарағанды облысы білім басқармасының Шахтинск қаласы білім бөлімінің Шоқан Уәлиханов атындағы мектеп-гимназиясы» КММ</w:t>
      </w:r>
    </w:p>
    <w:p w14:paraId="716577AE" w14:textId="77777777" w:rsidR="00833595" w:rsidRPr="00833595" w:rsidRDefault="00833595" w:rsidP="00833595">
      <w:pPr>
        <w:spacing w:after="0" w:line="240" w:lineRule="auto"/>
        <w:rPr>
          <w:sz w:val="28"/>
          <w:szCs w:val="24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08363A" w:rsidRPr="00833595" w14:paraId="665C1384" w14:textId="77777777">
        <w:tc>
          <w:tcPr>
            <w:tcW w:w="3216" w:type="dxa"/>
          </w:tcPr>
          <w:p w14:paraId="2D346ED6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Комиссия төрағасы</w:t>
            </w:r>
          </w:p>
        </w:tc>
        <w:tc>
          <w:tcPr>
            <w:tcW w:w="3216" w:type="dxa"/>
          </w:tcPr>
          <w:p w14:paraId="4F8CC508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7B3C5D27" w14:textId="77777777" w:rsidR="0008363A" w:rsidRDefault="00833595" w:rsidP="00833595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Гарданова М.Б.</w:t>
            </w:r>
          </w:p>
          <w:p w14:paraId="666FB412" w14:textId="5CAD30F7" w:rsidR="00833595" w:rsidRPr="00833595" w:rsidRDefault="00833595" w:rsidP="00833595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08363A" w:rsidRPr="00833595" w14:paraId="286AE4B1" w14:textId="77777777">
        <w:tc>
          <w:tcPr>
            <w:tcW w:w="3216" w:type="dxa"/>
          </w:tcPr>
          <w:p w14:paraId="7565AE41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Комиссия мүшелері</w:t>
            </w:r>
          </w:p>
        </w:tc>
        <w:tc>
          <w:tcPr>
            <w:tcW w:w="3216" w:type="dxa"/>
          </w:tcPr>
          <w:p w14:paraId="58DAE4C1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709647E9" w14:textId="77777777" w:rsidR="0008363A" w:rsidRDefault="00833595" w:rsidP="00833595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Титова А.А.</w:t>
            </w:r>
          </w:p>
          <w:p w14:paraId="6086A4BE" w14:textId="55CE90CF" w:rsidR="00833595" w:rsidRPr="00833595" w:rsidRDefault="00833595" w:rsidP="00833595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08363A" w:rsidRPr="00833595" w14:paraId="64654E6C" w14:textId="77777777">
        <w:tc>
          <w:tcPr>
            <w:tcW w:w="3216" w:type="dxa"/>
          </w:tcPr>
          <w:p w14:paraId="27D421B6" w14:textId="77777777" w:rsidR="0008363A" w:rsidRPr="00833595" w:rsidRDefault="0008363A" w:rsidP="00833595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216" w:type="dxa"/>
          </w:tcPr>
          <w:p w14:paraId="101DFA91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6A413193" w14:textId="77777777" w:rsidR="0008363A" w:rsidRDefault="00833595" w:rsidP="00833595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Қыстаубаева</w:t>
            </w:r>
            <w:r w:rsidRPr="00833595">
              <w:rPr>
                <w:b/>
                <w:sz w:val="28"/>
                <w:szCs w:val="24"/>
              </w:rPr>
              <w:t xml:space="preserve"> </w:t>
            </w:r>
            <w:r w:rsidRPr="00833595">
              <w:rPr>
                <w:b/>
                <w:sz w:val="28"/>
                <w:szCs w:val="24"/>
              </w:rPr>
              <w:t>А.З.</w:t>
            </w:r>
          </w:p>
          <w:p w14:paraId="69225009" w14:textId="5051B95E" w:rsidR="00833595" w:rsidRPr="00833595" w:rsidRDefault="00833595" w:rsidP="00833595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08363A" w:rsidRPr="00833595" w14:paraId="4F5F6546" w14:textId="77777777">
        <w:tc>
          <w:tcPr>
            <w:tcW w:w="3216" w:type="dxa"/>
          </w:tcPr>
          <w:p w14:paraId="1D7E6751" w14:textId="77777777" w:rsidR="0008363A" w:rsidRPr="00833595" w:rsidRDefault="0008363A" w:rsidP="00833595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216" w:type="dxa"/>
          </w:tcPr>
          <w:p w14:paraId="154E5F5A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4341DE26" w14:textId="77777777" w:rsidR="0008363A" w:rsidRDefault="00833595" w:rsidP="00833595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Тюпина Е.В.</w:t>
            </w:r>
          </w:p>
          <w:p w14:paraId="7AACB9C3" w14:textId="6217B9DA" w:rsidR="00833595" w:rsidRPr="00833595" w:rsidRDefault="00833595" w:rsidP="00833595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08363A" w:rsidRPr="00833595" w14:paraId="2079C4EA" w14:textId="77777777">
        <w:tc>
          <w:tcPr>
            <w:tcW w:w="3216" w:type="dxa"/>
          </w:tcPr>
          <w:p w14:paraId="19BD1CF4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Комиссия хатшысы</w:t>
            </w:r>
          </w:p>
        </w:tc>
        <w:tc>
          <w:tcPr>
            <w:tcW w:w="3216" w:type="dxa"/>
          </w:tcPr>
          <w:p w14:paraId="070C6D0C" w14:textId="77777777" w:rsidR="0008363A" w:rsidRPr="00833595" w:rsidRDefault="00833595" w:rsidP="00833595">
            <w:pPr>
              <w:spacing w:after="0" w:line="240" w:lineRule="auto"/>
              <w:rPr>
                <w:sz w:val="28"/>
                <w:szCs w:val="24"/>
              </w:rPr>
            </w:pPr>
            <w:r w:rsidRPr="00833595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02C025E0" w14:textId="77777777" w:rsidR="0008363A" w:rsidRPr="00833595" w:rsidRDefault="00833595" w:rsidP="00833595">
            <w:pPr>
              <w:spacing w:after="0" w:line="240" w:lineRule="auto"/>
              <w:jc w:val="right"/>
              <w:rPr>
                <w:sz w:val="28"/>
                <w:szCs w:val="24"/>
              </w:rPr>
            </w:pPr>
            <w:r w:rsidRPr="00833595">
              <w:rPr>
                <w:b/>
                <w:sz w:val="28"/>
                <w:szCs w:val="24"/>
              </w:rPr>
              <w:t>Герасимова И.Г.</w:t>
            </w:r>
          </w:p>
        </w:tc>
      </w:tr>
    </w:tbl>
    <w:p w14:paraId="70992B67" w14:textId="77777777" w:rsidR="00000000" w:rsidRPr="00833595" w:rsidRDefault="00833595" w:rsidP="00833595">
      <w:pPr>
        <w:spacing w:after="0" w:line="240" w:lineRule="auto"/>
        <w:rPr>
          <w:sz w:val="28"/>
          <w:szCs w:val="24"/>
        </w:rPr>
      </w:pPr>
    </w:p>
    <w:sectPr w:rsidR="00000000" w:rsidRPr="00833595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63A"/>
    <w:rsid w:val="0015074B"/>
    <w:rsid w:val="0029639D"/>
    <w:rsid w:val="00326F90"/>
    <w:rsid w:val="0083359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4FA56D8-5356-48F9-BE07-E92F9CBF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Махаббат Ибрагимова</cp:lastModifiedBy>
  <cp:revision>2</cp:revision>
  <dcterms:created xsi:type="dcterms:W3CDTF">2013-12-23T23:15:00Z</dcterms:created>
  <dcterms:modified xsi:type="dcterms:W3CDTF">2026-10-04T17:50:00Z</dcterms:modified>
  <cp:category/>
</cp:coreProperties>
</file>